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5" w:space="0" w:color="7F8C8D"/>
          <w:left w:val="single" w:sz="5" w:space="0" w:color="7F8C8D"/>
          <w:bottom w:val="single" w:sz="5" w:space="0" w:color="7F8C8D"/>
          <w:right w:val="single" w:sz="5" w:space="0" w:color="7F8C8D"/>
          <w:insideH w:val="single" w:sz="5" w:space="0" w:color="7F8C8D"/>
          <w:insideV w:val="single" w:sz="5" w:space="0" w:color="7F8C8D"/>
        </w:tblBorders>
      </w:tblPr>
      <w:tblGrid>
        <w:gridCol w:w="6690"/>
        <w:gridCol w:w="2835"/>
      </w:tblGrid>
      <w:tr>
        <w:tc>
          <w:tcPr>
            <w:tcW w:type="dxa" w:w="5185"/>
            <w:tcMar>
              <w:top w:w="65" w:type="dxa"/>
              <w:start w:w="100" w:type="dxa"/>
              <w:bottom w:w="65" w:type="dxa"/>
              <w:end w:w="100" w:type="dxa"/>
            </w:tcMar>
            <w:vAlign w:val="center"/>
            <w:shd w:fill="EAF2F8"/>
          </w:tcPr>
          <w:p>
            <w:pPr>
              <w:spacing w:before="0" w:after="0" w:line="240" w:lineRule="auto"/>
            </w:pPr>
            <w:r>
              <w:rPr>
                <w:rFonts w:ascii="Arial" w:hAnsi="Arial" w:eastAsia="Arial"/>
                <w:b/>
                <w:i w:val="0"/>
                <w:sz w:val="23"/>
              </w:rPr>
              <w:t>ATENEUL NAȚIONAL DIN IAȘI</w:t>
            </w:r>
          </w:p>
          <w:p>
            <w:pPr>
              <w:spacing w:before="0" w:after="0" w:line="240" w:lineRule="auto"/>
            </w:pPr>
            <w:r>
              <w:rPr>
                <w:rFonts w:ascii="Arial" w:hAnsi="Arial" w:eastAsia="Arial"/>
                <w:b w:val="0"/>
                <w:i w:val="0"/>
                <w:sz w:val="16"/>
              </w:rPr>
              <w:t>Str. Ion Creangă nr. 14, 700320, Iași • office@ateneuiasi.ro • 0374 661 655</w:t>
            </w:r>
          </w:p>
        </w:tc>
        <w:tc>
          <w:tcPr>
            <w:tcW w:type="dxa" w:w="5185"/>
            <w:tcMar>
              <w:top w:w="65" w:type="dxa"/>
              <w:start w:w="100" w:type="dxa"/>
              <w:bottom w:w="65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/>
                <w:i w:val="0"/>
                <w:sz w:val="16"/>
              </w:rPr>
              <w:t>Nr. înregistrare: __________</w:t>
            </w:r>
          </w:p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i w:val="0"/>
                <w:sz w:val="16"/>
              </w:rPr>
              <w:t>Data: ____ / ____ / ______</w:t>
            </w:r>
          </w:p>
        </w:tc>
      </w:tr>
    </w:tbl>
    <w:p>
      <w:pPr>
        <w:spacing w:before="0" w:after="20" w:line="240" w:lineRule="auto"/>
      </w:pPr>
      <w:r>
        <w:rPr>
          <w:rFonts w:ascii="Arial" w:hAnsi="Arial" w:eastAsia="Arial"/>
          <w:b w:val="0"/>
          <w:i w:val="0"/>
          <w:sz w:val="2"/>
        </w:rPr>
      </w:r>
    </w:p>
    <w:p>
      <w:pPr>
        <w:spacing w:before="0" w:after="0" w:line="240" w:lineRule="auto"/>
        <w:jc w:val="center"/>
      </w:pPr>
      <w:r>
        <w:rPr>
          <w:rFonts w:ascii="Arial" w:hAnsi="Arial" w:eastAsia="Arial"/>
          <w:b/>
          <w:i w:val="0"/>
          <w:sz w:val="27"/>
        </w:rPr>
        <w:t>RECLAMAȚIE ADMINISTRATIVĂ (1)</w:t>
      </w:r>
    </w:p>
    <w:p>
      <w:pPr>
        <w:spacing w:before="0" w:after="40" w:line="240" w:lineRule="auto"/>
        <w:jc w:val="center"/>
      </w:pPr>
      <w:r>
        <w:rPr>
          <w:rFonts w:ascii="Arial" w:hAnsi="Arial" w:eastAsia="Arial"/>
          <w:b w:val="0"/>
          <w:i/>
          <w:sz w:val="18"/>
        </w:rPr>
        <w:t>Pentru răspuns negativ/refuz explicit</w:t>
      </w:r>
    </w:p>
    <w:p>
      <w:pPr>
        <w:spacing w:before="0" w:after="100" w:line="240" w:lineRule="auto"/>
        <w:jc w:val="center"/>
      </w:pPr>
      <w:r>
        <w:rPr>
          <w:rFonts w:ascii="Arial" w:hAnsi="Arial" w:eastAsia="Arial"/>
          <w:b w:val="0"/>
          <w:i w:val="0"/>
          <w:sz w:val="16"/>
        </w:rPr>
        <w:t>Model adaptat după Anexa nr. 5 la Normele metodologice de aplicare a Legii nr. 544/2001</w:t>
      </w:r>
    </w:p>
    <w:p>
      <w:pPr>
        <w:spacing w:before="0" w:after="20" w:line="240" w:lineRule="auto"/>
      </w:pPr>
      <w:r>
        <w:rPr>
          <w:rFonts w:ascii="Arial" w:hAnsi="Arial" w:eastAsia="Arial"/>
          <w:b/>
          <w:i w:val="0"/>
          <w:sz w:val="20"/>
        </w:rPr>
        <w:t xml:space="preserve">Către: </w:t>
      </w:r>
      <w:r>
        <w:rPr>
          <w:rFonts w:ascii="Arial" w:hAnsi="Arial" w:eastAsia="Arial"/>
          <w:b w:val="0"/>
          <w:i w:val="0"/>
          <w:sz w:val="20"/>
        </w:rPr>
        <w:t>Ateneul Național din Iași</w:t>
      </w:r>
    </w:p>
    <w:p>
      <w:pPr>
        <w:spacing w:before="0" w:after="20" w:line="240" w:lineRule="auto"/>
      </w:pPr>
      <w:r>
        <w:rPr>
          <w:rFonts w:ascii="Arial" w:hAnsi="Arial" w:eastAsia="Arial"/>
          <w:b/>
          <w:i w:val="0"/>
          <w:sz w:val="20"/>
        </w:rPr>
        <w:t xml:space="preserve">În atenția: </w:t>
      </w:r>
      <w:r>
        <w:rPr>
          <w:rFonts w:ascii="Arial" w:hAnsi="Arial" w:eastAsia="Arial"/>
          <w:b w:val="0"/>
          <w:i w:val="0"/>
          <w:sz w:val="20"/>
        </w:rPr>
        <w:t>Managerului instituției și Comisiei de analiză privind încălcarea dreptului de acces la informațiile de interes public</w:t>
      </w:r>
    </w:p>
    <w:p>
      <w:pPr>
        <w:spacing w:before="0" w:after="80" w:line="240" w:lineRule="auto"/>
      </w:pPr>
      <w:r>
        <w:rPr>
          <w:rFonts w:ascii="Arial" w:hAnsi="Arial" w:eastAsia="Arial"/>
          <w:b/>
          <w:i w:val="0"/>
          <w:sz w:val="20"/>
        </w:rPr>
        <w:t>Stimate domnule manager,</w:t>
      </w:r>
    </w:p>
    <w:p>
      <w:pPr>
        <w:spacing w:before="0" w:after="80" w:line="240" w:lineRule="auto"/>
      </w:pPr>
      <w:r>
        <w:rPr>
          <w:rFonts w:ascii="Arial" w:hAnsi="Arial" w:eastAsia="Arial"/>
          <w:b w:val="0"/>
          <w:i w:val="0"/>
          <w:sz w:val="20"/>
        </w:rPr>
        <w:t xml:space="preserve">Prin prezenta formulez o reclamație administrativă, conform Legii nr. 544/2001 privind liberul acces la informațiile de interes public, cu modificările și completările ulterioare, întrucât </w:t>
      </w:r>
      <w:r>
        <w:rPr>
          <w:rFonts w:ascii="Arial" w:hAnsi="Arial" w:eastAsia="Arial"/>
          <w:b w:val="0"/>
          <w:i w:val="0"/>
          <w:sz w:val="20"/>
        </w:rPr>
        <w:t xml:space="preserve">la cererea nr. </w:t>
      </w:r>
      <w:r>
        <w:rPr>
          <w:rFonts w:ascii="Arial" w:hAnsi="Arial" w:eastAsia="Arial"/>
          <w:b/>
          <w:i w:val="0"/>
          <w:sz w:val="20"/>
        </w:rPr>
        <w:t>____________</w:t>
      </w:r>
      <w:r>
        <w:rPr>
          <w:rFonts w:ascii="Arial" w:hAnsi="Arial" w:eastAsia="Arial"/>
          <w:b w:val="0"/>
          <w:i w:val="0"/>
          <w:sz w:val="20"/>
        </w:rPr>
        <w:t xml:space="preserve"> din data de </w:t>
      </w:r>
      <w:r>
        <w:rPr>
          <w:rFonts w:ascii="Arial" w:hAnsi="Arial" w:eastAsia="Arial"/>
          <w:b/>
          <w:i w:val="0"/>
          <w:sz w:val="20"/>
        </w:rPr>
        <w:t>____ / ____ / ______</w:t>
      </w:r>
      <w:r>
        <w:rPr>
          <w:rFonts w:ascii="Arial" w:hAnsi="Arial" w:eastAsia="Arial"/>
          <w:b w:val="0"/>
          <w:i w:val="0"/>
          <w:sz w:val="20"/>
        </w:rPr>
        <w:t xml:space="preserve"> am primit un răspuns negativ la data de </w:t>
      </w:r>
      <w:r>
        <w:rPr>
          <w:rFonts w:ascii="Arial" w:hAnsi="Arial" w:eastAsia="Arial"/>
          <w:b/>
          <w:i w:val="0"/>
          <w:sz w:val="20"/>
        </w:rPr>
        <w:t>____ / ____ / ______</w:t>
      </w:r>
      <w:r>
        <w:rPr>
          <w:rFonts w:ascii="Arial" w:hAnsi="Arial" w:eastAsia="Arial"/>
          <w:b w:val="0"/>
          <w:i w:val="0"/>
          <w:sz w:val="20"/>
        </w:rPr>
        <w:t xml:space="preserve">, de la </w:t>
      </w:r>
      <w:r>
        <w:rPr>
          <w:rFonts w:ascii="Arial" w:hAnsi="Arial" w:eastAsia="Arial"/>
          <w:b/>
          <w:i w:val="0"/>
          <w:sz w:val="20"/>
        </w:rPr>
        <w:t>________________________________</w:t>
      </w:r>
      <w:r>
        <w:rPr>
          <w:rFonts w:ascii="Arial" w:hAnsi="Arial" w:eastAsia="Arial"/>
          <w:b w:val="0"/>
          <w:i w:val="0"/>
          <w:sz w:val="20"/>
        </w:rPr>
        <w:t xml:space="preserve"> (numele persoanei/compartimentului).</w:t>
      </w:r>
    </w:p>
    <w:p>
      <w:pPr>
        <w:keepNext/>
        <w:spacing w:before="20" w:after="20" w:line="240" w:lineRule="auto"/>
      </w:pPr>
      <w:r>
        <w:rPr>
          <w:rFonts w:ascii="Arial" w:hAnsi="Arial" w:eastAsia="Arial"/>
          <w:b/>
          <w:i w:val="0"/>
          <w:sz w:val="20"/>
        </w:rPr>
        <w:t>Documentele/informațiile de interes public solicitate erau următoarele:</w:t>
      </w:r>
    </w:p>
    <w:p>
      <w:pPr>
        <w:spacing w:before="0" w:after="60" w:line="192" w:lineRule="auto"/>
        <w:pBdr>
          <w:bottom w:val="single" w:sz="5" w:space="1" w:color="666666"/>
        </w:pBdr>
      </w:pPr>
      <w:r>
        <w:rPr>
          <w:sz w:val="12"/>
        </w:rPr>
        <w:t xml:space="preserve"> </w:t>
      </w:r>
    </w:p>
    <w:p>
      <w:pPr>
        <w:spacing w:before="0" w:after="60" w:line="192" w:lineRule="auto"/>
        <w:pBdr>
          <w:bottom w:val="single" w:sz="5" w:space="1" w:color="666666"/>
        </w:pBdr>
      </w:pPr>
      <w:r>
        <w:rPr>
          <w:sz w:val="12"/>
        </w:rPr>
        <w:t xml:space="preserve"> </w:t>
      </w:r>
    </w:p>
    <w:p>
      <w:pPr>
        <w:spacing w:before="0" w:after="60" w:line="192" w:lineRule="auto"/>
        <w:pBdr>
          <w:bottom w:val="single" w:sz="5" w:space="1" w:color="666666"/>
        </w:pBdr>
      </w:pPr>
      <w:r>
        <w:rPr>
          <w:sz w:val="12"/>
        </w:rPr>
        <w:t xml:space="preserve"> </w:t>
      </w:r>
    </w:p>
    <w:p>
      <w:pPr>
        <w:keepNext/>
        <w:spacing w:before="20" w:after="20" w:line="240" w:lineRule="auto"/>
      </w:pPr>
      <w:r>
        <w:rPr>
          <w:rFonts w:ascii="Arial" w:hAnsi="Arial" w:eastAsia="Arial"/>
          <w:b/>
          <w:i w:val="0"/>
          <w:sz w:val="20"/>
        </w:rPr>
        <w:t>Documentele/informațiile solicitate se încadrează în categoria informațiilor de interes public din următoarele considerente:</w:t>
      </w:r>
    </w:p>
    <w:p>
      <w:pPr>
        <w:spacing w:before="0" w:after="60" w:line="192" w:lineRule="auto"/>
        <w:pBdr>
          <w:bottom w:val="single" w:sz="5" w:space="1" w:color="666666"/>
        </w:pBdr>
      </w:pPr>
      <w:r>
        <w:rPr>
          <w:sz w:val="12"/>
        </w:rPr>
        <w:t xml:space="preserve"> </w:t>
      </w:r>
    </w:p>
    <w:p>
      <w:pPr>
        <w:spacing w:before="0" w:after="60" w:line="192" w:lineRule="auto"/>
        <w:pBdr>
          <w:bottom w:val="single" w:sz="5" w:space="1" w:color="666666"/>
        </w:pBdr>
      </w:pPr>
      <w:r>
        <w:rPr>
          <w:sz w:val="12"/>
        </w:rPr>
        <w:t xml:space="preserve"> </w:t>
      </w:r>
    </w:p>
    <w:p>
      <w:pPr>
        <w:spacing w:before="0" w:after="60" w:line="192" w:lineRule="auto"/>
        <w:pBdr>
          <w:bottom w:val="single" w:sz="5" w:space="1" w:color="666666"/>
        </w:pBdr>
      </w:pPr>
      <w:r>
        <w:rPr>
          <w:sz w:val="12"/>
        </w:rPr>
        <w:t xml:space="preserve"> </w:t>
      </w:r>
    </w:p>
    <w:p>
      <w:pPr>
        <w:spacing w:before="40" w:after="80" w:line="240" w:lineRule="auto"/>
      </w:pPr>
      <w:r>
        <w:rPr>
          <w:rFonts w:ascii="Arial" w:hAnsi="Arial" w:eastAsia="Arial"/>
          <w:b w:val="0"/>
          <w:i w:val="0"/>
          <w:sz w:val="20"/>
        </w:rPr>
        <w:t>Solicit revenirea asupra deciziei de refuz al comunicării informațiilor de interes public solicitate în scris/în format electronic, considerând că dreptul meu la informație, conform legii, a fost lezat. Solicit comunicarea informațiilor solicitate inițial și transmiterea unui răspuns motivat.</w:t>
      </w:r>
    </w:p>
    <w:p>
      <w:pPr>
        <w:spacing w:before="0" w:after="20" w:line="240" w:lineRule="auto"/>
      </w:pPr>
      <w:r>
        <w:rPr>
          <w:rFonts w:ascii="Arial" w:hAnsi="Arial" w:eastAsia="Arial"/>
          <w:b/>
          <w:i w:val="0"/>
          <w:sz w:val="20"/>
        </w:rPr>
        <w:t xml:space="preserve">Modalitatea solicitată pentru comunicarea răspunsului: </w:t>
      </w:r>
      <w:r>
        <w:rPr>
          <w:rFonts w:ascii="Arial" w:hAnsi="Arial" w:eastAsia="Arial"/>
          <w:b w:val="0"/>
          <w:i w:val="0"/>
          <w:sz w:val="20"/>
        </w:rPr>
        <w:t>☐ e-mail   ☐ poștă   ☐ ridicare de la sediu</w:t>
      </w:r>
    </w:p>
    <w:p>
      <w:pPr>
        <w:keepNext/>
        <w:spacing w:before="0" w:after="20" w:line="240" w:lineRule="auto"/>
      </w:pPr>
      <w:r>
        <w:rPr>
          <w:rFonts w:ascii="Arial" w:hAnsi="Arial" w:eastAsia="Arial"/>
          <w:b/>
          <w:i w:val="0"/>
          <w:sz w:val="20"/>
        </w:rPr>
        <w:t>Adresa de e-mail / adresa poștală:</w:t>
      </w:r>
    </w:p>
    <w:p>
      <w:pPr>
        <w:spacing w:before="0" w:after="60" w:line="192" w:lineRule="auto"/>
        <w:pBdr>
          <w:bottom w:val="single" w:sz="5" w:space="1" w:color="666666"/>
        </w:pBdr>
      </w:pPr>
      <w:r>
        <w:rPr>
          <w:sz w:val="12"/>
        </w:rPr>
        <w:t xml:space="preserve"> </w:t>
      </w:r>
    </w:p>
    <w:p>
      <w:pPr>
        <w:spacing w:before="20" w:after="80" w:line="240" w:lineRule="auto"/>
      </w:pPr>
      <w:r>
        <w:rPr>
          <w:rFonts w:ascii="Arial" w:hAnsi="Arial" w:eastAsia="Arial"/>
          <w:b w:val="0"/>
          <w:i/>
          <w:sz w:val="20"/>
        </w:rPr>
        <w:t>Vă mulțumesc pentru soluționarea reclamației în termenul legal.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5" w:space="0" w:color="B7B7B7"/>
          <w:left w:val="single" w:sz="5" w:space="0" w:color="B7B7B7"/>
          <w:bottom w:val="single" w:sz="5" w:space="0" w:color="B7B7B7"/>
          <w:right w:val="single" w:sz="5" w:space="0" w:color="B7B7B7"/>
          <w:insideH w:val="single" w:sz="5" w:space="0" w:color="B7B7B7"/>
          <w:insideV w:val="single" w:sz="5" w:space="0" w:color="B7B7B7"/>
        </w:tblBorders>
      </w:tblPr>
      <w:tblGrid>
        <w:gridCol w:w="2665"/>
        <w:gridCol w:w="6860"/>
      </w:tblGrid>
      <w:tr>
        <w:tc>
          <w:tcPr>
            <w:tcW w:type="dxa" w:w="5185"/>
            <w:shd w:fill="F2F2F2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spacing w:before="0" w:after="0" w:line="240" w:lineRule="auto"/>
            </w:pPr>
            <w:r>
              <w:rPr>
                <w:rFonts w:ascii="Arial" w:hAnsi="Arial" w:eastAsia="Arial"/>
                <w:b/>
                <w:i w:val="0"/>
                <w:sz w:val="16"/>
              </w:rPr>
              <w:t>Numele și prenumele petentului</w:t>
            </w:r>
          </w:p>
        </w:tc>
        <w:tc>
          <w:tcPr>
            <w:tcW w:type="dxa" w:w="5185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spacing w:before="0" w:after="0" w:line="240" w:lineRule="auto"/>
            </w:pPr>
            <w:r>
              <w:rPr>
                <w:rFonts w:ascii="Arial" w:hAnsi="Arial" w:eastAsia="Arial"/>
                <w:b w:val="0"/>
                <w:i w:val="0"/>
                <w:sz w:val="18"/>
              </w:rPr>
              <w:t>_______________________________________________</w:t>
            </w:r>
          </w:p>
        </w:tc>
      </w:tr>
      <w:tr>
        <w:tc>
          <w:tcPr>
            <w:tcW w:type="dxa" w:w="5185"/>
            <w:shd w:fill="F2F2F2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spacing w:before="0" w:after="0" w:line="240" w:lineRule="auto"/>
            </w:pPr>
            <w:r>
              <w:rPr>
                <w:rFonts w:ascii="Arial" w:hAnsi="Arial" w:eastAsia="Arial"/>
                <w:b/>
                <w:i w:val="0"/>
                <w:sz w:val="16"/>
              </w:rPr>
              <w:t>Adresa</w:t>
            </w:r>
          </w:p>
        </w:tc>
        <w:tc>
          <w:tcPr>
            <w:tcW w:type="dxa" w:w="5185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spacing w:before="0" w:after="0" w:line="240" w:lineRule="auto"/>
            </w:pPr>
            <w:r>
              <w:rPr>
                <w:rFonts w:ascii="Arial" w:hAnsi="Arial" w:eastAsia="Arial"/>
                <w:b w:val="0"/>
                <w:i w:val="0"/>
                <w:sz w:val="18"/>
              </w:rPr>
              <w:t>_______________________________________________</w:t>
            </w:r>
          </w:p>
        </w:tc>
      </w:tr>
      <w:tr>
        <w:tc>
          <w:tcPr>
            <w:tcW w:type="dxa" w:w="5185"/>
            <w:shd w:fill="F2F2F2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spacing w:before="0" w:after="0" w:line="240" w:lineRule="auto"/>
            </w:pPr>
            <w:r>
              <w:rPr>
                <w:rFonts w:ascii="Arial" w:hAnsi="Arial" w:eastAsia="Arial"/>
                <w:b/>
                <w:i w:val="0"/>
                <w:sz w:val="16"/>
              </w:rPr>
              <w:t>E-mail / Telefon (opțional)</w:t>
            </w:r>
          </w:p>
        </w:tc>
        <w:tc>
          <w:tcPr>
            <w:tcW w:type="dxa" w:w="5185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spacing w:before="0" w:after="0" w:line="240" w:lineRule="auto"/>
            </w:pPr>
            <w:r>
              <w:rPr>
                <w:rFonts w:ascii="Arial" w:hAnsi="Arial" w:eastAsia="Arial"/>
                <w:b w:val="0"/>
                <w:i w:val="0"/>
                <w:sz w:val="18"/>
              </w:rPr>
              <w:t>_______________________________________________</w:t>
            </w:r>
          </w:p>
        </w:tc>
      </w:tr>
      <w:tr>
        <w:tc>
          <w:tcPr>
            <w:tcW w:type="dxa" w:w="5185"/>
            <w:shd w:fill="F2F2F2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spacing w:before="0" w:after="0" w:line="240" w:lineRule="auto"/>
            </w:pPr>
            <w:r>
              <w:rPr>
                <w:rFonts w:ascii="Arial" w:hAnsi="Arial" w:eastAsia="Arial"/>
                <w:b/>
                <w:i w:val="0"/>
                <w:sz w:val="16"/>
              </w:rPr>
              <w:t>Data și semnătura</w:t>
            </w:r>
          </w:p>
        </w:tc>
        <w:tc>
          <w:tcPr>
            <w:tcW w:type="dxa" w:w="5185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spacing w:before="0" w:after="0" w:line="240" w:lineRule="auto"/>
            </w:pPr>
            <w:r>
              <w:rPr>
                <w:rFonts w:ascii="Arial" w:hAnsi="Arial" w:eastAsia="Arial"/>
                <w:b w:val="0"/>
                <w:i w:val="0"/>
                <w:sz w:val="18"/>
              </w:rPr>
              <w:t>Data: ____ / ____ / ______       Semnătura: ____________________</w:t>
            </w:r>
          </w:p>
        </w:tc>
      </w:tr>
    </w:tbl>
    <w:p>
      <w:pPr>
        <w:spacing w:before="80" w:after="0" w:line="228" w:lineRule="auto"/>
      </w:pPr>
      <w:r>
        <w:rPr>
          <w:rFonts w:ascii="Arial" w:hAnsi="Arial" w:eastAsia="Arial"/>
          <w:b/>
          <w:i w:val="0"/>
          <w:sz w:val="14"/>
        </w:rPr>
        <w:t xml:space="preserve">Notă: </w:t>
      </w:r>
      <w:r>
        <w:rPr>
          <w:rFonts w:ascii="Arial" w:hAnsi="Arial" w:eastAsia="Arial"/>
          <w:b w:val="0"/>
          <w:i w:val="0"/>
          <w:sz w:val="14"/>
        </w:rPr>
        <w:t>Reclamația administrativă se adresează conducătorului instituției în termen de 30 de zile de la luarea la cunoștință a refuzului explicit sau tacit, potrivit art. 21 din Legea nr. 544/2001 și art. 32-34 din Normele metodologice aprobate prin H.G. nr. 123/2002.</w:t>
      </w:r>
    </w:p>
    <w:p>
      <w:r>
        <w:br w:type="page"/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5" w:space="0" w:color="7F8C8D"/>
          <w:left w:val="single" w:sz="5" w:space="0" w:color="7F8C8D"/>
          <w:bottom w:val="single" w:sz="5" w:space="0" w:color="7F8C8D"/>
          <w:right w:val="single" w:sz="5" w:space="0" w:color="7F8C8D"/>
          <w:insideH w:val="single" w:sz="5" w:space="0" w:color="7F8C8D"/>
          <w:insideV w:val="single" w:sz="5" w:space="0" w:color="7F8C8D"/>
        </w:tblBorders>
      </w:tblPr>
      <w:tblGrid>
        <w:gridCol w:w="6690"/>
        <w:gridCol w:w="2835"/>
      </w:tblGrid>
      <w:tr>
        <w:tc>
          <w:tcPr>
            <w:tcW w:type="dxa" w:w="5185"/>
            <w:tcMar>
              <w:top w:w="65" w:type="dxa"/>
              <w:start w:w="100" w:type="dxa"/>
              <w:bottom w:w="65" w:type="dxa"/>
              <w:end w:w="100" w:type="dxa"/>
            </w:tcMar>
            <w:vAlign w:val="center"/>
            <w:shd w:fill="EAF2F8"/>
          </w:tcPr>
          <w:p>
            <w:pPr>
              <w:spacing w:before="0" w:after="0" w:line="240" w:lineRule="auto"/>
            </w:pPr>
            <w:r>
              <w:rPr>
                <w:rFonts w:ascii="Arial" w:hAnsi="Arial" w:eastAsia="Arial"/>
                <w:b/>
                <w:i w:val="0"/>
                <w:sz w:val="23"/>
              </w:rPr>
              <w:t>ATENEUL NAȚIONAL DIN IAȘI</w:t>
            </w:r>
          </w:p>
          <w:p>
            <w:pPr>
              <w:spacing w:before="0" w:after="0" w:line="240" w:lineRule="auto"/>
            </w:pPr>
            <w:r>
              <w:rPr>
                <w:rFonts w:ascii="Arial" w:hAnsi="Arial" w:eastAsia="Arial"/>
                <w:b w:val="0"/>
                <w:i w:val="0"/>
                <w:sz w:val="16"/>
              </w:rPr>
              <w:t>Str. Ion Creangă nr. 14, 700320, Iași • office@ateneuiasi.ro • 0374 661 655</w:t>
            </w:r>
          </w:p>
        </w:tc>
        <w:tc>
          <w:tcPr>
            <w:tcW w:type="dxa" w:w="5185"/>
            <w:tcMar>
              <w:top w:w="65" w:type="dxa"/>
              <w:start w:w="100" w:type="dxa"/>
              <w:bottom w:w="65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/>
                <w:i w:val="0"/>
                <w:sz w:val="16"/>
              </w:rPr>
              <w:t>Nr. înregistrare: __________</w:t>
            </w:r>
          </w:p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i w:val="0"/>
                <w:sz w:val="16"/>
              </w:rPr>
              <w:t>Data: ____ / ____ / ______</w:t>
            </w:r>
          </w:p>
        </w:tc>
      </w:tr>
    </w:tbl>
    <w:p>
      <w:pPr>
        <w:spacing w:before="0" w:after="20" w:line="240" w:lineRule="auto"/>
      </w:pPr>
      <w:r>
        <w:rPr>
          <w:rFonts w:ascii="Arial" w:hAnsi="Arial" w:eastAsia="Arial"/>
          <w:b w:val="0"/>
          <w:i w:val="0"/>
          <w:sz w:val="2"/>
        </w:rPr>
      </w:r>
    </w:p>
    <w:p>
      <w:pPr>
        <w:spacing w:before="0" w:after="0" w:line="240" w:lineRule="auto"/>
        <w:jc w:val="center"/>
      </w:pPr>
      <w:r>
        <w:rPr>
          <w:rFonts w:ascii="Arial" w:hAnsi="Arial" w:eastAsia="Arial"/>
          <w:b/>
          <w:i w:val="0"/>
          <w:sz w:val="27"/>
        </w:rPr>
        <w:t>RECLAMAȚIE ADMINISTRATIVĂ (2)</w:t>
      </w:r>
    </w:p>
    <w:p>
      <w:pPr>
        <w:spacing w:before="0" w:after="40" w:line="240" w:lineRule="auto"/>
        <w:jc w:val="center"/>
      </w:pPr>
      <w:r>
        <w:rPr>
          <w:rFonts w:ascii="Arial" w:hAnsi="Arial" w:eastAsia="Arial"/>
          <w:b w:val="0"/>
          <w:i/>
          <w:sz w:val="18"/>
        </w:rPr>
        <w:t>Pentru lipsa răspunsului în termenul legal</w:t>
      </w:r>
    </w:p>
    <w:p>
      <w:pPr>
        <w:spacing w:before="0" w:after="100" w:line="240" w:lineRule="auto"/>
        <w:jc w:val="center"/>
      </w:pPr>
      <w:r>
        <w:rPr>
          <w:rFonts w:ascii="Arial" w:hAnsi="Arial" w:eastAsia="Arial"/>
          <w:b w:val="0"/>
          <w:i w:val="0"/>
          <w:sz w:val="16"/>
        </w:rPr>
        <w:t>Model adaptat după Anexa nr. 6 la Normele metodologice de aplicare a Legii nr. 544/2001</w:t>
      </w:r>
    </w:p>
    <w:p>
      <w:pPr>
        <w:spacing w:before="0" w:after="20" w:line="240" w:lineRule="auto"/>
      </w:pPr>
      <w:r>
        <w:rPr>
          <w:rFonts w:ascii="Arial" w:hAnsi="Arial" w:eastAsia="Arial"/>
          <w:b/>
          <w:i w:val="0"/>
          <w:sz w:val="20"/>
        </w:rPr>
        <w:t xml:space="preserve">Către: </w:t>
      </w:r>
      <w:r>
        <w:rPr>
          <w:rFonts w:ascii="Arial" w:hAnsi="Arial" w:eastAsia="Arial"/>
          <w:b w:val="0"/>
          <w:i w:val="0"/>
          <w:sz w:val="20"/>
        </w:rPr>
        <w:t>Ateneul Național din Iași</w:t>
      </w:r>
    </w:p>
    <w:p>
      <w:pPr>
        <w:spacing w:before="0" w:after="20" w:line="240" w:lineRule="auto"/>
      </w:pPr>
      <w:r>
        <w:rPr>
          <w:rFonts w:ascii="Arial" w:hAnsi="Arial" w:eastAsia="Arial"/>
          <w:b/>
          <w:i w:val="0"/>
          <w:sz w:val="20"/>
        </w:rPr>
        <w:t xml:space="preserve">În atenția: </w:t>
      </w:r>
      <w:r>
        <w:rPr>
          <w:rFonts w:ascii="Arial" w:hAnsi="Arial" w:eastAsia="Arial"/>
          <w:b w:val="0"/>
          <w:i w:val="0"/>
          <w:sz w:val="20"/>
        </w:rPr>
        <w:t>Managerului instituției și Comisiei de analiză privind încălcarea dreptului de acces la informațiile de interes public</w:t>
      </w:r>
    </w:p>
    <w:p>
      <w:pPr>
        <w:spacing w:before="0" w:after="80" w:line="240" w:lineRule="auto"/>
      </w:pPr>
      <w:r>
        <w:rPr>
          <w:rFonts w:ascii="Arial" w:hAnsi="Arial" w:eastAsia="Arial"/>
          <w:b/>
          <w:i w:val="0"/>
          <w:sz w:val="20"/>
        </w:rPr>
        <w:t>Stimate domnule manager,</w:t>
      </w:r>
    </w:p>
    <w:p>
      <w:pPr>
        <w:spacing w:before="0" w:after="80" w:line="240" w:lineRule="auto"/>
      </w:pPr>
      <w:r>
        <w:rPr>
          <w:rFonts w:ascii="Arial" w:hAnsi="Arial" w:eastAsia="Arial"/>
          <w:b w:val="0"/>
          <w:i w:val="0"/>
          <w:sz w:val="20"/>
        </w:rPr>
        <w:t xml:space="preserve">Prin prezenta formulez o reclamație administrativă, conform Legii nr. 544/2001 privind liberul acces la informațiile de interes public, cu modificările și completările ulterioare, întrucât </w:t>
      </w:r>
      <w:r>
        <w:rPr>
          <w:rFonts w:ascii="Arial" w:hAnsi="Arial" w:eastAsia="Arial"/>
          <w:b w:val="0"/>
          <w:i w:val="0"/>
          <w:sz w:val="20"/>
        </w:rPr>
        <w:t xml:space="preserve">la cererea nr. </w:t>
      </w:r>
      <w:r>
        <w:rPr>
          <w:rFonts w:ascii="Arial" w:hAnsi="Arial" w:eastAsia="Arial"/>
          <w:b/>
          <w:i w:val="0"/>
          <w:sz w:val="20"/>
        </w:rPr>
        <w:t>____________</w:t>
      </w:r>
      <w:r>
        <w:rPr>
          <w:rFonts w:ascii="Arial" w:hAnsi="Arial" w:eastAsia="Arial"/>
          <w:b w:val="0"/>
          <w:i w:val="0"/>
          <w:sz w:val="20"/>
        </w:rPr>
        <w:t xml:space="preserve"> din data de </w:t>
      </w:r>
      <w:r>
        <w:rPr>
          <w:rFonts w:ascii="Arial" w:hAnsi="Arial" w:eastAsia="Arial"/>
          <w:b/>
          <w:i w:val="0"/>
          <w:sz w:val="20"/>
        </w:rPr>
        <w:t>____ / ____ / ______</w:t>
      </w:r>
      <w:r>
        <w:rPr>
          <w:rFonts w:ascii="Arial" w:hAnsi="Arial" w:eastAsia="Arial"/>
          <w:b w:val="0"/>
          <w:i w:val="0"/>
          <w:sz w:val="20"/>
        </w:rPr>
        <w:t xml:space="preserve"> nu am primit informațiile solicitate în termenul legal stabilit de lege.</w:t>
      </w:r>
    </w:p>
    <w:p>
      <w:pPr>
        <w:keepNext/>
        <w:spacing w:before="20" w:after="20" w:line="240" w:lineRule="auto"/>
      </w:pPr>
      <w:r>
        <w:rPr>
          <w:rFonts w:ascii="Arial" w:hAnsi="Arial" w:eastAsia="Arial"/>
          <w:b/>
          <w:i w:val="0"/>
          <w:sz w:val="20"/>
        </w:rPr>
        <w:t>Documentele/informațiile de interes public solicitate erau următoarele:</w:t>
      </w:r>
    </w:p>
    <w:p>
      <w:pPr>
        <w:spacing w:before="0" w:after="60" w:line="192" w:lineRule="auto"/>
        <w:pBdr>
          <w:bottom w:val="single" w:sz="5" w:space="1" w:color="666666"/>
        </w:pBdr>
      </w:pPr>
      <w:r>
        <w:rPr>
          <w:sz w:val="12"/>
        </w:rPr>
        <w:t xml:space="preserve"> </w:t>
      </w:r>
    </w:p>
    <w:p>
      <w:pPr>
        <w:spacing w:before="0" w:after="60" w:line="192" w:lineRule="auto"/>
        <w:pBdr>
          <w:bottom w:val="single" w:sz="5" w:space="1" w:color="666666"/>
        </w:pBdr>
      </w:pPr>
      <w:r>
        <w:rPr>
          <w:sz w:val="12"/>
        </w:rPr>
        <w:t xml:space="preserve"> </w:t>
      </w:r>
    </w:p>
    <w:p>
      <w:pPr>
        <w:spacing w:before="0" w:after="60" w:line="192" w:lineRule="auto"/>
        <w:pBdr>
          <w:bottom w:val="single" w:sz="5" w:space="1" w:color="666666"/>
        </w:pBdr>
      </w:pPr>
      <w:r>
        <w:rPr>
          <w:sz w:val="12"/>
        </w:rPr>
        <w:t xml:space="preserve"> </w:t>
      </w:r>
    </w:p>
    <w:p>
      <w:pPr>
        <w:keepNext/>
        <w:spacing w:before="20" w:after="20" w:line="240" w:lineRule="auto"/>
      </w:pPr>
      <w:r>
        <w:rPr>
          <w:rFonts w:ascii="Arial" w:hAnsi="Arial" w:eastAsia="Arial"/>
          <w:b/>
          <w:i w:val="0"/>
          <w:sz w:val="20"/>
        </w:rPr>
        <w:t>Documentele/informațiile solicitate se încadrează în categoria informațiilor de interes public din următoarele considerente:</w:t>
      </w:r>
    </w:p>
    <w:p>
      <w:pPr>
        <w:spacing w:before="0" w:after="60" w:line="192" w:lineRule="auto"/>
        <w:pBdr>
          <w:bottom w:val="single" w:sz="5" w:space="1" w:color="666666"/>
        </w:pBdr>
      </w:pPr>
      <w:r>
        <w:rPr>
          <w:sz w:val="12"/>
        </w:rPr>
        <w:t xml:space="preserve"> </w:t>
      </w:r>
    </w:p>
    <w:p>
      <w:pPr>
        <w:spacing w:before="0" w:after="60" w:line="192" w:lineRule="auto"/>
        <w:pBdr>
          <w:bottom w:val="single" w:sz="5" w:space="1" w:color="666666"/>
        </w:pBdr>
      </w:pPr>
      <w:r>
        <w:rPr>
          <w:sz w:val="12"/>
        </w:rPr>
        <w:t xml:space="preserve"> </w:t>
      </w:r>
    </w:p>
    <w:p>
      <w:pPr>
        <w:spacing w:before="0" w:after="60" w:line="192" w:lineRule="auto"/>
        <w:pBdr>
          <w:bottom w:val="single" w:sz="5" w:space="1" w:color="666666"/>
        </w:pBdr>
      </w:pPr>
      <w:r>
        <w:rPr>
          <w:sz w:val="12"/>
        </w:rPr>
        <w:t xml:space="preserve"> </w:t>
      </w:r>
    </w:p>
    <w:p>
      <w:pPr>
        <w:spacing w:before="40" w:after="80" w:line="240" w:lineRule="auto"/>
      </w:pPr>
      <w:r>
        <w:rPr>
          <w:rFonts w:ascii="Arial" w:hAnsi="Arial" w:eastAsia="Arial"/>
          <w:b w:val="0"/>
          <w:i w:val="0"/>
          <w:sz w:val="20"/>
        </w:rPr>
        <w:t>Solicit revenirea asupra deciziei tacite de a nu comunica în termen informațiile de interes public solicitate în scris/în format electronic, considerând că dreptul meu la informație, conform legii, a fost lezat. Solicit comunicarea informațiilor solicitate inițial și transmiterea unui răspuns motivat.</w:t>
      </w:r>
    </w:p>
    <w:p>
      <w:pPr>
        <w:spacing w:before="0" w:after="20" w:line="240" w:lineRule="auto"/>
      </w:pPr>
      <w:r>
        <w:rPr>
          <w:rFonts w:ascii="Arial" w:hAnsi="Arial" w:eastAsia="Arial"/>
          <w:b/>
          <w:i w:val="0"/>
          <w:sz w:val="20"/>
        </w:rPr>
        <w:t xml:space="preserve">Modalitatea solicitată pentru comunicarea răspunsului: </w:t>
      </w:r>
      <w:r>
        <w:rPr>
          <w:rFonts w:ascii="Arial" w:hAnsi="Arial" w:eastAsia="Arial"/>
          <w:b w:val="0"/>
          <w:i w:val="0"/>
          <w:sz w:val="20"/>
        </w:rPr>
        <w:t>☐ e-mail   ☐ poștă   ☐ ridicare de la sediu</w:t>
      </w:r>
    </w:p>
    <w:p>
      <w:pPr>
        <w:keepNext/>
        <w:spacing w:before="0" w:after="20" w:line="240" w:lineRule="auto"/>
      </w:pPr>
      <w:r>
        <w:rPr>
          <w:rFonts w:ascii="Arial" w:hAnsi="Arial" w:eastAsia="Arial"/>
          <w:b/>
          <w:i w:val="0"/>
          <w:sz w:val="20"/>
        </w:rPr>
        <w:t>Adresa de e-mail / adresa poștală:</w:t>
      </w:r>
    </w:p>
    <w:p>
      <w:pPr>
        <w:spacing w:before="0" w:after="60" w:line="192" w:lineRule="auto"/>
        <w:pBdr>
          <w:bottom w:val="single" w:sz="5" w:space="1" w:color="666666"/>
        </w:pBdr>
      </w:pPr>
      <w:r>
        <w:rPr>
          <w:sz w:val="12"/>
        </w:rPr>
        <w:t xml:space="preserve"> </w:t>
      </w:r>
    </w:p>
    <w:p>
      <w:pPr>
        <w:spacing w:before="20" w:after="80" w:line="240" w:lineRule="auto"/>
      </w:pPr>
      <w:r>
        <w:rPr>
          <w:rFonts w:ascii="Arial" w:hAnsi="Arial" w:eastAsia="Arial"/>
          <w:b w:val="0"/>
          <w:i/>
          <w:sz w:val="20"/>
        </w:rPr>
        <w:t>Vă mulțumesc pentru soluționarea reclamației în termenul legal.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5" w:space="0" w:color="B7B7B7"/>
          <w:left w:val="single" w:sz="5" w:space="0" w:color="B7B7B7"/>
          <w:bottom w:val="single" w:sz="5" w:space="0" w:color="B7B7B7"/>
          <w:right w:val="single" w:sz="5" w:space="0" w:color="B7B7B7"/>
          <w:insideH w:val="single" w:sz="5" w:space="0" w:color="B7B7B7"/>
          <w:insideV w:val="single" w:sz="5" w:space="0" w:color="B7B7B7"/>
        </w:tblBorders>
      </w:tblPr>
      <w:tblGrid>
        <w:gridCol w:w="2665"/>
        <w:gridCol w:w="6860"/>
      </w:tblGrid>
      <w:tr>
        <w:tc>
          <w:tcPr>
            <w:tcW w:type="dxa" w:w="5185"/>
            <w:shd w:fill="F2F2F2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spacing w:before="0" w:after="0" w:line="240" w:lineRule="auto"/>
            </w:pPr>
            <w:r>
              <w:rPr>
                <w:rFonts w:ascii="Arial" w:hAnsi="Arial" w:eastAsia="Arial"/>
                <w:b/>
                <w:i w:val="0"/>
                <w:sz w:val="16"/>
              </w:rPr>
              <w:t>Numele și prenumele petentului</w:t>
            </w:r>
          </w:p>
        </w:tc>
        <w:tc>
          <w:tcPr>
            <w:tcW w:type="dxa" w:w="5185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spacing w:before="0" w:after="0" w:line="240" w:lineRule="auto"/>
            </w:pPr>
            <w:r>
              <w:rPr>
                <w:rFonts w:ascii="Arial" w:hAnsi="Arial" w:eastAsia="Arial"/>
                <w:b w:val="0"/>
                <w:i w:val="0"/>
                <w:sz w:val="18"/>
              </w:rPr>
              <w:t>_______________________________________________</w:t>
            </w:r>
          </w:p>
        </w:tc>
      </w:tr>
      <w:tr>
        <w:tc>
          <w:tcPr>
            <w:tcW w:type="dxa" w:w="5185"/>
            <w:shd w:fill="F2F2F2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spacing w:before="0" w:after="0" w:line="240" w:lineRule="auto"/>
            </w:pPr>
            <w:r>
              <w:rPr>
                <w:rFonts w:ascii="Arial" w:hAnsi="Arial" w:eastAsia="Arial"/>
                <w:b/>
                <w:i w:val="0"/>
                <w:sz w:val="16"/>
              </w:rPr>
              <w:t>Adresa</w:t>
            </w:r>
          </w:p>
        </w:tc>
        <w:tc>
          <w:tcPr>
            <w:tcW w:type="dxa" w:w="5185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spacing w:before="0" w:after="0" w:line="240" w:lineRule="auto"/>
            </w:pPr>
            <w:r>
              <w:rPr>
                <w:rFonts w:ascii="Arial" w:hAnsi="Arial" w:eastAsia="Arial"/>
                <w:b w:val="0"/>
                <w:i w:val="0"/>
                <w:sz w:val="18"/>
              </w:rPr>
              <w:t>_______________________________________________</w:t>
            </w:r>
          </w:p>
        </w:tc>
      </w:tr>
      <w:tr>
        <w:tc>
          <w:tcPr>
            <w:tcW w:type="dxa" w:w="5185"/>
            <w:shd w:fill="F2F2F2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spacing w:before="0" w:after="0" w:line="240" w:lineRule="auto"/>
            </w:pPr>
            <w:r>
              <w:rPr>
                <w:rFonts w:ascii="Arial" w:hAnsi="Arial" w:eastAsia="Arial"/>
                <w:b/>
                <w:i w:val="0"/>
                <w:sz w:val="16"/>
              </w:rPr>
              <w:t>E-mail / Telefon (opțional)</w:t>
            </w:r>
          </w:p>
        </w:tc>
        <w:tc>
          <w:tcPr>
            <w:tcW w:type="dxa" w:w="5185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spacing w:before="0" w:after="0" w:line="240" w:lineRule="auto"/>
            </w:pPr>
            <w:r>
              <w:rPr>
                <w:rFonts w:ascii="Arial" w:hAnsi="Arial" w:eastAsia="Arial"/>
                <w:b w:val="0"/>
                <w:i w:val="0"/>
                <w:sz w:val="18"/>
              </w:rPr>
              <w:t>_______________________________________________</w:t>
            </w:r>
          </w:p>
        </w:tc>
      </w:tr>
      <w:tr>
        <w:tc>
          <w:tcPr>
            <w:tcW w:type="dxa" w:w="5185"/>
            <w:shd w:fill="F2F2F2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spacing w:before="0" w:after="0" w:line="240" w:lineRule="auto"/>
            </w:pPr>
            <w:r>
              <w:rPr>
                <w:rFonts w:ascii="Arial" w:hAnsi="Arial" w:eastAsia="Arial"/>
                <w:b/>
                <w:i w:val="0"/>
                <w:sz w:val="16"/>
              </w:rPr>
              <w:t>Data și semnătura</w:t>
            </w:r>
          </w:p>
        </w:tc>
        <w:tc>
          <w:tcPr>
            <w:tcW w:type="dxa" w:w="5185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spacing w:before="0" w:after="0" w:line="240" w:lineRule="auto"/>
            </w:pPr>
            <w:r>
              <w:rPr>
                <w:rFonts w:ascii="Arial" w:hAnsi="Arial" w:eastAsia="Arial"/>
                <w:b w:val="0"/>
                <w:i w:val="0"/>
                <w:sz w:val="18"/>
              </w:rPr>
              <w:t>Data: ____ / ____ / ______       Semnătura: ____________________</w:t>
            </w:r>
          </w:p>
        </w:tc>
      </w:tr>
    </w:tbl>
    <w:p>
      <w:pPr>
        <w:spacing w:before="80" w:after="0" w:line="228" w:lineRule="auto"/>
      </w:pPr>
      <w:r>
        <w:rPr>
          <w:rFonts w:ascii="Arial" w:hAnsi="Arial" w:eastAsia="Arial"/>
          <w:b/>
          <w:i w:val="0"/>
          <w:sz w:val="14"/>
        </w:rPr>
        <w:t xml:space="preserve">Notă: </w:t>
      </w:r>
      <w:r>
        <w:rPr>
          <w:rFonts w:ascii="Arial" w:hAnsi="Arial" w:eastAsia="Arial"/>
          <w:b w:val="0"/>
          <w:i w:val="0"/>
          <w:sz w:val="14"/>
        </w:rPr>
        <w:t>Reclamația administrativă se adresează conducătorului instituției în termen de 30 de zile de la luarea la cunoștință a refuzului explicit sau tacit, potrivit art. 21 din Legea nr. 544/2001 și art. 32-34 din Normele metodologice aprobate prin H.G. nr. 123/2002.</w:t>
      </w:r>
    </w:p>
    <w:sectPr w:rsidR="00FC693F" w:rsidRPr="0006063C" w:rsidSect="00034616">
      <w:footerReference w:type="default" r:id="rId9"/>
      <w:pgSz w:w="12240" w:h="15840"/>
      <w:pgMar w:top="567" w:right="935" w:bottom="567" w:left="935" w:header="227" w:footer="255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 w:line="240" w:lineRule="auto"/>
      <w:jc w:val="center"/>
    </w:pPr>
    <w:r>
      <w:rPr>
        <w:rFonts w:ascii="Arial" w:hAnsi="Arial" w:eastAsia="Arial"/>
        <w:b w:val="0"/>
        <w:i w:val="0"/>
        <w:sz w:val="14"/>
      </w:rPr>
      <w:t>Ateneul Național din Iași • Reclamație administrativă – Legea nr. 544/2001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eastAsia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Formulare reclamație administrativă - Legea nr. 544/2001</dc:title>
  <dc:subject>Modele personalizate pentru Ateneul Național din Iași</dc:subject>
  <dc:creator>Ateneul Național din Iași</dc:creator>
  <cp:keywords>Legea 544/2001, reclamație administrativă, contestație, informații de interes public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